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59A26" w14:textId="074468B5" w:rsidR="009A2531" w:rsidRDefault="00DC6B61">
      <w:pPr>
        <w:spacing w:after="40"/>
        <w:jc w:val="center"/>
      </w:pPr>
      <w:r>
        <w:rPr>
          <w:b/>
          <w:sz w:val="30"/>
        </w:rPr>
        <w:t>Anmeldeformular “kirchliche Trauung in Seen”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3702"/>
        <w:gridCol w:w="1851"/>
        <w:gridCol w:w="1851"/>
        <w:gridCol w:w="3702"/>
      </w:tblGrid>
      <w:tr w:rsidR="009A2531" w:rsidRPr="00CA7AB8" w14:paraId="63763C4C" w14:textId="77777777" w:rsidTr="00E728F7">
        <w:trPr>
          <w:trHeight w:val="283"/>
          <w:jc w:val="center"/>
        </w:trPr>
        <w:tc>
          <w:tcPr>
            <w:tcW w:w="11106" w:type="dxa"/>
            <w:gridSpan w:val="4"/>
            <w:vAlign w:val="center"/>
          </w:tcPr>
          <w:p w14:paraId="4E0CFDED" w14:textId="77777777" w:rsidR="009A2531" w:rsidRPr="00CA7AB8" w:rsidRDefault="00000000">
            <w:pPr>
              <w:rPr>
                <w:sz w:val="20"/>
                <w:szCs w:val="20"/>
              </w:rPr>
            </w:pPr>
            <w:r w:rsidRPr="00CA7AB8">
              <w:rPr>
                <w:b/>
                <w:sz w:val="20"/>
                <w:szCs w:val="20"/>
              </w:rPr>
              <w:t>Kirchliche Trauung</w:t>
            </w:r>
          </w:p>
        </w:tc>
      </w:tr>
      <w:tr w:rsidR="009A2531" w:rsidRPr="00CA7AB8" w14:paraId="1337523E" w14:textId="77777777" w:rsidTr="00E728F7">
        <w:trPr>
          <w:trHeight w:val="283"/>
          <w:jc w:val="center"/>
        </w:trPr>
        <w:tc>
          <w:tcPr>
            <w:tcW w:w="5553" w:type="dxa"/>
            <w:gridSpan w:val="2"/>
            <w:vAlign w:val="center"/>
          </w:tcPr>
          <w:p w14:paraId="3212B2D7" w14:textId="77777777" w:rsidR="009A2531" w:rsidRPr="00CA7AB8" w:rsidRDefault="0000000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Datum *</w:t>
            </w:r>
          </w:p>
        </w:tc>
        <w:sdt>
          <w:sdtPr>
            <w:rPr>
              <w:sz w:val="20"/>
              <w:szCs w:val="20"/>
            </w:rPr>
            <w:id w:val="1394628839"/>
            <w:placeholder>
              <w:docPart w:val="DefaultPlaceholder_-1854013440"/>
            </w:placeholder>
            <w:showingPlcHdr/>
          </w:sdtPr>
          <w:sdtContent>
            <w:tc>
              <w:tcPr>
                <w:tcW w:w="5553" w:type="dxa"/>
                <w:gridSpan w:val="2"/>
                <w:vAlign w:val="center"/>
              </w:tcPr>
              <w:p w14:paraId="1263A17F" w14:textId="7EFA43B3" w:rsidR="009A2531" w:rsidRPr="00CA7AB8" w:rsidRDefault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9A2531" w:rsidRPr="00CA7AB8" w14:paraId="47D62403" w14:textId="77777777" w:rsidTr="00E728F7">
        <w:trPr>
          <w:trHeight w:val="283"/>
          <w:jc w:val="center"/>
        </w:trPr>
        <w:tc>
          <w:tcPr>
            <w:tcW w:w="5553" w:type="dxa"/>
            <w:gridSpan w:val="2"/>
            <w:vAlign w:val="center"/>
          </w:tcPr>
          <w:p w14:paraId="4C5AC47A" w14:textId="77777777" w:rsidR="009A2531" w:rsidRPr="00CA7AB8" w:rsidRDefault="0000000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Kirche/Ort *</w:t>
            </w:r>
          </w:p>
        </w:tc>
        <w:sdt>
          <w:sdtPr>
            <w:rPr>
              <w:sz w:val="20"/>
              <w:szCs w:val="20"/>
            </w:rPr>
            <w:id w:val="-554690981"/>
            <w:placeholder>
              <w:docPart w:val="DefaultPlaceholder_-1854013440"/>
            </w:placeholder>
            <w:showingPlcHdr/>
          </w:sdtPr>
          <w:sdtContent>
            <w:tc>
              <w:tcPr>
                <w:tcW w:w="5553" w:type="dxa"/>
                <w:gridSpan w:val="2"/>
                <w:vAlign w:val="center"/>
              </w:tcPr>
              <w:p w14:paraId="51305FC0" w14:textId="7E54D664" w:rsidR="009A2531" w:rsidRPr="00CA7AB8" w:rsidRDefault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9A2531" w:rsidRPr="00CA7AB8" w14:paraId="5D80D467" w14:textId="77777777" w:rsidTr="00E728F7">
        <w:trPr>
          <w:trHeight w:val="283"/>
          <w:jc w:val="center"/>
        </w:trPr>
        <w:tc>
          <w:tcPr>
            <w:tcW w:w="5553" w:type="dxa"/>
            <w:gridSpan w:val="2"/>
            <w:tcBorders>
              <w:bottom w:val="single" w:sz="4" w:space="0" w:color="auto"/>
            </w:tcBorders>
            <w:vAlign w:val="center"/>
          </w:tcPr>
          <w:p w14:paraId="7D306A11" w14:textId="77777777" w:rsidR="009A2531" w:rsidRPr="00CA7AB8" w:rsidRDefault="0000000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Zeit</w:t>
            </w:r>
          </w:p>
        </w:tc>
        <w:sdt>
          <w:sdtPr>
            <w:rPr>
              <w:sz w:val="20"/>
              <w:szCs w:val="20"/>
            </w:rPr>
            <w:id w:val="-997105893"/>
            <w:placeholder>
              <w:docPart w:val="DefaultPlaceholder_-1854013440"/>
            </w:placeholder>
            <w:showingPlcHdr/>
          </w:sdtPr>
          <w:sdtContent>
            <w:tc>
              <w:tcPr>
                <w:tcW w:w="555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45620C5B" w14:textId="7A60816F" w:rsidR="009A2531" w:rsidRPr="00CA7AB8" w:rsidRDefault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211CA1" w:rsidRPr="00CA7AB8" w14:paraId="7F12E835" w14:textId="77777777" w:rsidTr="00E728F7">
        <w:trPr>
          <w:trHeight w:val="283"/>
          <w:jc w:val="center"/>
        </w:trPr>
        <w:tc>
          <w:tcPr>
            <w:tcW w:w="5553" w:type="dxa"/>
            <w:gridSpan w:val="2"/>
            <w:tcBorders>
              <w:bottom w:val="single" w:sz="4" w:space="0" w:color="auto"/>
            </w:tcBorders>
            <w:vAlign w:val="center"/>
          </w:tcPr>
          <w:p w14:paraId="4F41B887" w14:textId="77777777" w:rsidR="00211CA1" w:rsidRPr="00CA7AB8" w:rsidRDefault="00211CA1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Pfarrperson, welche die Trauung gestaltet (Name, Adresse, Kirchenzugehörigkeit, Telefon und Email-Adresse)</w:t>
            </w:r>
          </w:p>
          <w:p w14:paraId="3F934518" w14:textId="5CF78C64" w:rsidR="00211CA1" w:rsidRPr="00CA7AB8" w:rsidRDefault="00211CA1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044133415"/>
            <w:placeholder>
              <w:docPart w:val="DefaultPlaceholder_-1854013440"/>
            </w:placeholder>
            <w:showingPlcHdr/>
          </w:sdtPr>
          <w:sdtContent>
            <w:tc>
              <w:tcPr>
                <w:tcW w:w="5553" w:type="dxa"/>
                <w:gridSpan w:val="2"/>
                <w:tcBorders>
                  <w:bottom w:val="single" w:sz="4" w:space="0" w:color="auto"/>
                </w:tcBorders>
              </w:tcPr>
              <w:p w14:paraId="0FCE795F" w14:textId="01D66D5B" w:rsidR="00211CA1" w:rsidRPr="00CA7AB8" w:rsidRDefault="00E728F7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211CA1" w:rsidRPr="00CA7AB8" w14:paraId="35CE2AC3" w14:textId="77777777" w:rsidTr="00E728F7">
        <w:trPr>
          <w:trHeight w:val="283"/>
          <w:jc w:val="center"/>
        </w:trPr>
        <w:tc>
          <w:tcPr>
            <w:tcW w:w="5553" w:type="dxa"/>
            <w:gridSpan w:val="2"/>
            <w:tcBorders>
              <w:bottom w:val="single" w:sz="4" w:space="0" w:color="auto"/>
            </w:tcBorders>
            <w:vAlign w:val="center"/>
          </w:tcPr>
          <w:p w14:paraId="25799D9D" w14:textId="6E77F16F" w:rsidR="00211CA1" w:rsidRPr="00CA7AB8" w:rsidRDefault="00211CA1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Musik an der Trauung</w:t>
            </w:r>
          </w:p>
        </w:tc>
        <w:sdt>
          <w:sdtPr>
            <w:rPr>
              <w:sz w:val="20"/>
              <w:szCs w:val="20"/>
            </w:rPr>
            <w:alias w:val="Kirchenmusik"/>
            <w:tag w:val="Kirchenmusik"/>
            <w:id w:val="-1018615282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Wir wünschen eine Person aus dem Kirchenmusikteam der Kirchgemeinde." w:value="Wir wünschen eine Person aus dem Kirchenmusikteam der Kirchgemeinde."/>
              <w:listItem w:displayText="Wir bringen eine eigene Person für die Kirchenmusik mit." w:value="Wir bringen eine eigene Person für die Kirchenmusik mit."/>
              <w:listItem w:displayText="Wir brauchen keine Kirchenmusik." w:value="Wir brauchen keine Kirchenmusik."/>
            </w:dropDownList>
          </w:sdtPr>
          <w:sdtContent>
            <w:tc>
              <w:tcPr>
                <w:tcW w:w="555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45A0684D" w14:textId="1AB86A71" w:rsidR="00211CA1" w:rsidRPr="00CA7AB8" w:rsidRDefault="00E728F7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Wählen Sie ein Element aus.</w:t>
                </w:r>
              </w:p>
            </w:tc>
          </w:sdtContent>
        </w:sdt>
      </w:tr>
      <w:tr w:rsidR="00211CA1" w:rsidRPr="00CA7AB8" w14:paraId="2F5FE4E0" w14:textId="77777777" w:rsidTr="00E728F7">
        <w:trPr>
          <w:trHeight w:val="283"/>
          <w:jc w:val="center"/>
        </w:trPr>
        <w:tc>
          <w:tcPr>
            <w:tcW w:w="5553" w:type="dxa"/>
            <w:gridSpan w:val="2"/>
            <w:tcBorders>
              <w:bottom w:val="single" w:sz="4" w:space="0" w:color="auto"/>
            </w:tcBorders>
            <w:vAlign w:val="center"/>
          </w:tcPr>
          <w:p w14:paraId="2C5FEEB7" w14:textId="717593F1" w:rsidR="00211CA1" w:rsidRPr="00CA7AB8" w:rsidRDefault="00211CA1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Apéro nach der Trauung</w:t>
            </w:r>
          </w:p>
        </w:tc>
        <w:sdt>
          <w:sdtPr>
            <w:rPr>
              <w:sz w:val="20"/>
              <w:szCs w:val="20"/>
            </w:rPr>
            <w:id w:val="-390278559"/>
            <w:placeholder>
              <w:docPart w:val="DefaultPlaceholder_-1854013438"/>
            </w:placeholder>
            <w:showingPlcHdr/>
            <w:comboBox>
              <w:listItem w:value="Wir brauchen den Kiesplatz und die Wiese neben der Kirche für unseren Apéro."/>
              <w:listItem w:displayText="Wir brauchen den Kiesplatz und die Wiese neben der Kirche nicht." w:value="Wir brauchen den Kiesplatz und die Wiese neben der Kirche nicht."/>
            </w:comboBox>
          </w:sdtPr>
          <w:sdtContent>
            <w:tc>
              <w:tcPr>
                <w:tcW w:w="555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7755BDD1" w14:textId="2645120C" w:rsidR="00211CA1" w:rsidRPr="00CA7AB8" w:rsidRDefault="00211CA1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Wählen Sie ein Element aus.</w:t>
                </w:r>
              </w:p>
            </w:tc>
          </w:sdtContent>
        </w:sdt>
      </w:tr>
      <w:tr w:rsidR="00DC6B61" w:rsidRPr="00CA7AB8" w14:paraId="117D40D6" w14:textId="77777777" w:rsidTr="00CA7AB8">
        <w:trPr>
          <w:trHeight w:val="57"/>
          <w:jc w:val="center"/>
        </w:trPr>
        <w:tc>
          <w:tcPr>
            <w:tcW w:w="11106" w:type="dxa"/>
            <w:gridSpan w:val="4"/>
            <w:tcBorders>
              <w:left w:val="nil"/>
              <w:right w:val="nil"/>
            </w:tcBorders>
            <w:vAlign w:val="center"/>
          </w:tcPr>
          <w:p w14:paraId="61E7B7A6" w14:textId="77777777" w:rsidR="00DC6B61" w:rsidRPr="00CA7AB8" w:rsidRDefault="00DC6B61">
            <w:pPr>
              <w:rPr>
                <w:szCs w:val="16"/>
              </w:rPr>
            </w:pPr>
          </w:p>
        </w:tc>
      </w:tr>
      <w:tr w:rsidR="009A2531" w:rsidRPr="00CA7AB8" w14:paraId="5939D605" w14:textId="77777777" w:rsidTr="00E728F7">
        <w:trPr>
          <w:trHeight w:val="283"/>
          <w:jc w:val="center"/>
        </w:trPr>
        <w:tc>
          <w:tcPr>
            <w:tcW w:w="11106" w:type="dxa"/>
            <w:gridSpan w:val="4"/>
            <w:vAlign w:val="center"/>
          </w:tcPr>
          <w:p w14:paraId="326148FD" w14:textId="77777777" w:rsidR="009A2531" w:rsidRPr="00CA7AB8" w:rsidRDefault="00000000">
            <w:pPr>
              <w:rPr>
                <w:sz w:val="20"/>
                <w:szCs w:val="20"/>
              </w:rPr>
            </w:pPr>
            <w:r w:rsidRPr="00CA7AB8">
              <w:rPr>
                <w:b/>
                <w:sz w:val="20"/>
                <w:szCs w:val="20"/>
              </w:rPr>
              <w:t>Ziviltrauung</w:t>
            </w:r>
          </w:p>
        </w:tc>
      </w:tr>
      <w:tr w:rsidR="00453E20" w:rsidRPr="00CA7AB8" w14:paraId="1C440D71" w14:textId="77777777" w:rsidTr="00E728F7">
        <w:trPr>
          <w:trHeight w:val="283"/>
          <w:jc w:val="center"/>
        </w:trPr>
        <w:tc>
          <w:tcPr>
            <w:tcW w:w="5553" w:type="dxa"/>
            <w:gridSpan w:val="2"/>
            <w:vAlign w:val="center"/>
          </w:tcPr>
          <w:p w14:paraId="5FD77254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Datum *</w:t>
            </w:r>
          </w:p>
        </w:tc>
        <w:sdt>
          <w:sdtPr>
            <w:rPr>
              <w:sz w:val="20"/>
              <w:szCs w:val="20"/>
            </w:rPr>
            <w:id w:val="767350717"/>
            <w:placeholder>
              <w:docPart w:val="182878F16E5843FB80AF19FAA3EEBD10"/>
            </w:placeholder>
            <w:showingPlcHdr/>
          </w:sdtPr>
          <w:sdtContent>
            <w:tc>
              <w:tcPr>
                <w:tcW w:w="5553" w:type="dxa"/>
                <w:gridSpan w:val="2"/>
                <w:vAlign w:val="center"/>
              </w:tcPr>
              <w:p w14:paraId="6749FB8C" w14:textId="0B63457E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23AEE088" w14:textId="77777777" w:rsidTr="00E728F7">
        <w:trPr>
          <w:trHeight w:val="283"/>
          <w:jc w:val="center"/>
        </w:trPr>
        <w:tc>
          <w:tcPr>
            <w:tcW w:w="5553" w:type="dxa"/>
            <w:gridSpan w:val="2"/>
            <w:vAlign w:val="center"/>
          </w:tcPr>
          <w:p w14:paraId="79C46AE2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Ort *</w:t>
            </w:r>
          </w:p>
        </w:tc>
        <w:sdt>
          <w:sdtPr>
            <w:rPr>
              <w:sz w:val="20"/>
              <w:szCs w:val="20"/>
            </w:rPr>
            <w:id w:val="-832456128"/>
            <w:placeholder>
              <w:docPart w:val="9908CA342F674277B73B7AE45940BDC5"/>
            </w:placeholder>
            <w:showingPlcHdr/>
          </w:sdtPr>
          <w:sdtContent>
            <w:tc>
              <w:tcPr>
                <w:tcW w:w="5553" w:type="dxa"/>
                <w:gridSpan w:val="2"/>
                <w:vAlign w:val="center"/>
              </w:tcPr>
              <w:p w14:paraId="7F456133" w14:textId="1384F67F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209043F2" w14:textId="77777777" w:rsidTr="00E728F7">
        <w:trPr>
          <w:trHeight w:val="283"/>
          <w:jc w:val="center"/>
        </w:trPr>
        <w:tc>
          <w:tcPr>
            <w:tcW w:w="5553" w:type="dxa"/>
            <w:gridSpan w:val="2"/>
            <w:tcBorders>
              <w:bottom w:val="single" w:sz="4" w:space="0" w:color="auto"/>
            </w:tcBorders>
            <w:vAlign w:val="center"/>
          </w:tcPr>
          <w:p w14:paraId="550BAFAA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Nr. Ziviltrauschein *</w:t>
            </w:r>
          </w:p>
        </w:tc>
        <w:sdt>
          <w:sdtPr>
            <w:rPr>
              <w:sz w:val="20"/>
              <w:szCs w:val="20"/>
            </w:rPr>
            <w:id w:val="-2079509105"/>
            <w:placeholder>
              <w:docPart w:val="EF5EFEC9320947289A46BB921C4FDB2D"/>
            </w:placeholder>
            <w:showingPlcHdr/>
          </w:sdtPr>
          <w:sdtContent>
            <w:tc>
              <w:tcPr>
                <w:tcW w:w="555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3C5EEBFE" w14:textId="664F1CE1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DC6B61" w:rsidRPr="00CA7AB8" w14:paraId="3EB5337C" w14:textId="77777777" w:rsidTr="00CA7AB8">
        <w:trPr>
          <w:trHeight w:val="57"/>
          <w:jc w:val="center"/>
        </w:trPr>
        <w:tc>
          <w:tcPr>
            <w:tcW w:w="11106" w:type="dxa"/>
            <w:gridSpan w:val="4"/>
            <w:tcBorders>
              <w:left w:val="nil"/>
              <w:right w:val="nil"/>
            </w:tcBorders>
            <w:vAlign w:val="center"/>
          </w:tcPr>
          <w:p w14:paraId="64662C0F" w14:textId="77777777" w:rsidR="00DC6B61" w:rsidRPr="00CA7AB8" w:rsidRDefault="00DC6B61">
            <w:pPr>
              <w:rPr>
                <w:szCs w:val="16"/>
              </w:rPr>
            </w:pPr>
          </w:p>
        </w:tc>
      </w:tr>
      <w:tr w:rsidR="009A2531" w:rsidRPr="00CA7AB8" w14:paraId="0A1CE806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03C6E876" w14:textId="28EB4C6B" w:rsidR="009A2531" w:rsidRPr="00CA7AB8" w:rsidRDefault="00CA7AB8" w:rsidP="00CA7AB8">
            <w:pPr>
              <w:rPr>
                <w:sz w:val="20"/>
                <w:szCs w:val="20"/>
              </w:rPr>
            </w:pPr>
            <w:r w:rsidRPr="00CA7AB8">
              <w:rPr>
                <w:b/>
                <w:sz w:val="20"/>
                <w:szCs w:val="20"/>
              </w:rPr>
              <w:t>Ehepaar</w:t>
            </w:r>
          </w:p>
        </w:tc>
        <w:tc>
          <w:tcPr>
            <w:tcW w:w="3702" w:type="dxa"/>
            <w:gridSpan w:val="2"/>
            <w:vAlign w:val="center"/>
          </w:tcPr>
          <w:p w14:paraId="00D0B12A" w14:textId="77777777" w:rsidR="009A2531" w:rsidRPr="00CA7AB8" w:rsidRDefault="00000000">
            <w:pPr>
              <w:jc w:val="center"/>
              <w:rPr>
                <w:sz w:val="20"/>
                <w:szCs w:val="20"/>
              </w:rPr>
            </w:pPr>
            <w:r w:rsidRPr="00CA7AB8">
              <w:rPr>
                <w:b/>
                <w:sz w:val="20"/>
                <w:szCs w:val="20"/>
              </w:rPr>
              <w:t>Person 1</w:t>
            </w:r>
          </w:p>
        </w:tc>
        <w:tc>
          <w:tcPr>
            <w:tcW w:w="3702" w:type="dxa"/>
            <w:vAlign w:val="center"/>
          </w:tcPr>
          <w:p w14:paraId="612957DF" w14:textId="77777777" w:rsidR="009A2531" w:rsidRPr="00CA7AB8" w:rsidRDefault="00000000">
            <w:pPr>
              <w:jc w:val="center"/>
              <w:rPr>
                <w:sz w:val="20"/>
                <w:szCs w:val="20"/>
              </w:rPr>
            </w:pPr>
            <w:r w:rsidRPr="00CA7AB8">
              <w:rPr>
                <w:b/>
                <w:sz w:val="20"/>
                <w:szCs w:val="20"/>
              </w:rPr>
              <w:t>Person 2</w:t>
            </w:r>
          </w:p>
        </w:tc>
      </w:tr>
      <w:tr w:rsidR="00453E20" w:rsidRPr="00CA7AB8" w14:paraId="234F67EC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11FDDD3D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Vorname(n) *</w:t>
            </w:r>
          </w:p>
        </w:tc>
        <w:sdt>
          <w:sdtPr>
            <w:rPr>
              <w:sz w:val="20"/>
              <w:szCs w:val="20"/>
            </w:rPr>
            <w:id w:val="-435910565"/>
            <w:placeholder>
              <w:docPart w:val="3F3B48E021AB43F0A42E4FE6B10F2EA4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531D2355" w14:textId="6AAE3722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44427648"/>
            <w:placeholder>
              <w:docPart w:val="4C8B8186F65B4DF2B7DE1DF32C1D160B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1FE15A3C" w14:textId="0BE7D69C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1BC9ADBA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38527E16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Name *</w:t>
            </w:r>
          </w:p>
        </w:tc>
        <w:sdt>
          <w:sdtPr>
            <w:rPr>
              <w:sz w:val="20"/>
              <w:szCs w:val="20"/>
            </w:rPr>
            <w:id w:val="1586962504"/>
            <w:placeholder>
              <w:docPart w:val="F4D14E63FDD3485D86448A2DB50CC41B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4FBBD20E" w14:textId="6D883CE5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04720425"/>
            <w:placeholder>
              <w:docPart w:val="D9E3B31FB9B34D9BA51AC259C53F1BE1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73764889" w14:textId="78BBA252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05DD3B1F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231A7916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Ledigname *</w:t>
            </w:r>
          </w:p>
        </w:tc>
        <w:sdt>
          <w:sdtPr>
            <w:rPr>
              <w:sz w:val="20"/>
              <w:szCs w:val="20"/>
            </w:rPr>
            <w:id w:val="-970668446"/>
            <w:placeholder>
              <w:docPart w:val="66C2A0DB26E2435491576913691B5017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49A40387" w14:textId="478FB8B0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05543735"/>
            <w:placeholder>
              <w:docPart w:val="58DD7D06CEFF470C9A554DF2C36C78D3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34283746" w14:textId="2E534B3F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591A4715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1331BAB4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Geschlecht *</w:t>
            </w:r>
          </w:p>
        </w:tc>
        <w:sdt>
          <w:sdtPr>
            <w:rPr>
              <w:sz w:val="20"/>
              <w:szCs w:val="20"/>
            </w:rPr>
            <w:id w:val="-307622661"/>
            <w:placeholder>
              <w:docPart w:val="A8E6C622423140848B0EA2E3A62C645D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75D445D5" w14:textId="27D83183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33808979"/>
            <w:placeholder>
              <w:docPart w:val="DAC6924C5DA44F6BB596DB8BA511FE55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6B87F04A" w14:textId="0E48102B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726E81DC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6025E8BD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Geburtsdatum *</w:t>
            </w:r>
          </w:p>
        </w:tc>
        <w:sdt>
          <w:sdtPr>
            <w:rPr>
              <w:sz w:val="20"/>
              <w:szCs w:val="20"/>
            </w:rPr>
            <w:id w:val="-2062857407"/>
            <w:placeholder>
              <w:docPart w:val="63E9BE4C630D41D69036C8058821D87A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295E7B05" w14:textId="315B30F7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710386243"/>
            <w:placeholder>
              <w:docPart w:val="8C4F8DEDA1F9454FBC6B9E53E5DC178E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28A238EC" w14:textId="1B2AA354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3D882039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1478C3BE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Konfession/Religion</w:t>
            </w:r>
          </w:p>
        </w:tc>
        <w:sdt>
          <w:sdtPr>
            <w:rPr>
              <w:sz w:val="20"/>
              <w:szCs w:val="20"/>
            </w:rPr>
            <w:id w:val="-1564564697"/>
            <w:placeholder>
              <w:docPart w:val="E555F317992C4FE1BD62E245B5370CB7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77FA1C5F" w14:textId="3CBF68E0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72445083"/>
            <w:placeholder>
              <w:docPart w:val="3F478C584FBD4B00AB5BF8B504573F41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511F6C3C" w14:textId="4C1C7E50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03C041C4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2A491029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Wohnsitz (Pol.Gde.) *</w:t>
            </w:r>
          </w:p>
        </w:tc>
        <w:sdt>
          <w:sdtPr>
            <w:rPr>
              <w:sz w:val="20"/>
              <w:szCs w:val="20"/>
            </w:rPr>
            <w:id w:val="2003150449"/>
            <w:placeholder>
              <w:docPart w:val="DFA1D7711EAD4988BC56E3DAA225D9E4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4FFDCC7C" w14:textId="47A42780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98012238"/>
            <w:placeholder>
              <w:docPart w:val="5C1F3915BFFB44B3A981539BBDE9733C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569A97D9" w14:textId="1CE23ADC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7ED27F78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01A7BF31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Kirchgemeinde *</w:t>
            </w:r>
          </w:p>
        </w:tc>
        <w:sdt>
          <w:sdtPr>
            <w:rPr>
              <w:sz w:val="20"/>
              <w:szCs w:val="20"/>
            </w:rPr>
            <w:id w:val="-555942093"/>
            <w:placeholder>
              <w:docPart w:val="67443A882DCD43D3BD3499800D4E0C60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1B5E7D1D" w14:textId="54A40B1C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22756832"/>
            <w:placeholder>
              <w:docPart w:val="0B16AED2A53C407C9D2C4FDDC1E19D17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12F291DD" w14:textId="7323674D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532C53B8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6C711F48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Telefon Haushalt</w:t>
            </w:r>
          </w:p>
        </w:tc>
        <w:sdt>
          <w:sdtPr>
            <w:rPr>
              <w:sz w:val="20"/>
              <w:szCs w:val="20"/>
            </w:rPr>
            <w:id w:val="-1006895045"/>
            <w:placeholder>
              <w:docPart w:val="32A7D5EBD87D4F56AEA3BBDDEF101FF4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4AC9F8FA" w14:textId="127E2932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35320720"/>
            <w:placeholder>
              <w:docPart w:val="4C82E8012DF84C018321E84C9110C5E6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41617758" w14:textId="32B9DD87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678F2F32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66949122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Mobile</w:t>
            </w:r>
          </w:p>
        </w:tc>
        <w:sdt>
          <w:sdtPr>
            <w:rPr>
              <w:sz w:val="20"/>
              <w:szCs w:val="20"/>
            </w:rPr>
            <w:id w:val="1152176806"/>
            <w:placeholder>
              <w:docPart w:val="71242004EE6744A988B27AB732168012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6C90B6A4" w14:textId="50A4D055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024317770"/>
            <w:placeholder>
              <w:docPart w:val="EC40D6A9CCDC45FDA7C3112FCF8DE886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06BBA3FF" w14:textId="2F2B8D3A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0AC20B9E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7B128EE4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E-Mail</w:t>
            </w:r>
          </w:p>
        </w:tc>
        <w:sdt>
          <w:sdtPr>
            <w:rPr>
              <w:sz w:val="20"/>
              <w:szCs w:val="20"/>
            </w:rPr>
            <w:id w:val="1636211941"/>
            <w:placeholder>
              <w:docPart w:val="4B5574B501E8468EBAEE7A60313F34E6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1200B917" w14:textId="2BD3EAE7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57832527"/>
            <w:placeholder>
              <w:docPart w:val="4CCEA93A5AAD455392D3567200F5752C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40C96F5D" w14:textId="2748F79C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CA7AB8" w:rsidRPr="00CA7AB8" w14:paraId="05B31491" w14:textId="77777777" w:rsidTr="00432BCC">
        <w:trPr>
          <w:trHeight w:val="283"/>
          <w:jc w:val="center"/>
        </w:trPr>
        <w:tc>
          <w:tcPr>
            <w:tcW w:w="3702" w:type="dxa"/>
            <w:vAlign w:val="center"/>
          </w:tcPr>
          <w:p w14:paraId="51447527" w14:textId="77777777" w:rsidR="00CA7AB8" w:rsidRPr="00CA7AB8" w:rsidRDefault="00CA7AB8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Wohnadresse Paar</w:t>
            </w:r>
          </w:p>
        </w:tc>
        <w:tc>
          <w:tcPr>
            <w:tcW w:w="7404" w:type="dxa"/>
            <w:gridSpan w:val="3"/>
            <w:vAlign w:val="center"/>
          </w:tcPr>
          <w:sdt>
            <w:sdtPr>
              <w:rPr>
                <w:sz w:val="20"/>
                <w:szCs w:val="20"/>
              </w:rPr>
              <w:id w:val="-459261369"/>
              <w:placeholder>
                <w:docPart w:val="3F6A76704EFC4A23A56EEB76C6715D0F"/>
              </w:placeholder>
              <w:showingPlcHdr/>
            </w:sdtPr>
            <w:sdtContent>
              <w:p w14:paraId="373908DE" w14:textId="77777777" w:rsidR="00CA7AB8" w:rsidRPr="00CA7AB8" w:rsidRDefault="00CA7AB8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sdtContent>
          </w:sdt>
          <w:p w14:paraId="5D89ACB2" w14:textId="5929AB6C" w:rsidR="00CA7AB8" w:rsidRPr="00CA7AB8" w:rsidRDefault="00CA7AB8" w:rsidP="00453E20">
            <w:pPr>
              <w:rPr>
                <w:sz w:val="20"/>
                <w:szCs w:val="20"/>
              </w:rPr>
            </w:pPr>
          </w:p>
        </w:tc>
      </w:tr>
      <w:tr w:rsidR="00453E20" w:rsidRPr="00CA7AB8" w14:paraId="5D98360F" w14:textId="77777777" w:rsidTr="00CA7AB8">
        <w:trPr>
          <w:trHeight w:val="57"/>
          <w:jc w:val="center"/>
        </w:trPr>
        <w:tc>
          <w:tcPr>
            <w:tcW w:w="11106" w:type="dxa"/>
            <w:gridSpan w:val="4"/>
            <w:vAlign w:val="center"/>
          </w:tcPr>
          <w:p w14:paraId="3FACA73A" w14:textId="77777777" w:rsidR="00453E20" w:rsidRPr="00CA7AB8" w:rsidRDefault="00453E20" w:rsidP="00453E20">
            <w:pPr>
              <w:rPr>
                <w:sz w:val="20"/>
                <w:szCs w:val="20"/>
              </w:rPr>
            </w:pPr>
          </w:p>
        </w:tc>
      </w:tr>
      <w:tr w:rsidR="009A2531" w:rsidRPr="00CA7AB8" w14:paraId="22A6FB75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338600F1" w14:textId="3512321D" w:rsidR="009A2531" w:rsidRPr="00CA7AB8" w:rsidRDefault="00CA7AB8" w:rsidP="00CA7AB8">
            <w:pPr>
              <w:rPr>
                <w:sz w:val="20"/>
                <w:szCs w:val="20"/>
              </w:rPr>
            </w:pPr>
            <w:r w:rsidRPr="00CA7AB8">
              <w:rPr>
                <w:b/>
                <w:sz w:val="20"/>
                <w:szCs w:val="20"/>
              </w:rPr>
              <w:t>Eltern des Paares</w:t>
            </w:r>
          </w:p>
        </w:tc>
        <w:tc>
          <w:tcPr>
            <w:tcW w:w="3702" w:type="dxa"/>
            <w:gridSpan w:val="2"/>
            <w:vAlign w:val="center"/>
          </w:tcPr>
          <w:p w14:paraId="36DEFEE2" w14:textId="77777777" w:rsidR="009A2531" w:rsidRPr="00CA7AB8" w:rsidRDefault="00000000">
            <w:pPr>
              <w:jc w:val="center"/>
              <w:rPr>
                <w:sz w:val="20"/>
                <w:szCs w:val="20"/>
              </w:rPr>
            </w:pPr>
            <w:r w:rsidRPr="00CA7AB8">
              <w:rPr>
                <w:b/>
                <w:sz w:val="20"/>
                <w:szCs w:val="20"/>
              </w:rPr>
              <w:t>Person 1</w:t>
            </w:r>
          </w:p>
        </w:tc>
        <w:tc>
          <w:tcPr>
            <w:tcW w:w="3702" w:type="dxa"/>
            <w:vAlign w:val="center"/>
          </w:tcPr>
          <w:p w14:paraId="23E4FC12" w14:textId="77777777" w:rsidR="009A2531" w:rsidRPr="00CA7AB8" w:rsidRDefault="00000000">
            <w:pPr>
              <w:jc w:val="center"/>
              <w:rPr>
                <w:sz w:val="20"/>
                <w:szCs w:val="20"/>
              </w:rPr>
            </w:pPr>
            <w:r w:rsidRPr="00CA7AB8">
              <w:rPr>
                <w:b/>
                <w:sz w:val="20"/>
                <w:szCs w:val="20"/>
              </w:rPr>
              <w:t>Person 2</w:t>
            </w:r>
          </w:p>
        </w:tc>
      </w:tr>
      <w:tr w:rsidR="00453E20" w:rsidRPr="00CA7AB8" w14:paraId="7BAC6053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7B0984D4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Vorname(n) *</w:t>
            </w:r>
          </w:p>
        </w:tc>
        <w:sdt>
          <w:sdtPr>
            <w:rPr>
              <w:sz w:val="20"/>
              <w:szCs w:val="20"/>
            </w:rPr>
            <w:id w:val="-1730451729"/>
            <w:placeholder>
              <w:docPart w:val="967977F62241419ABD93A825776D5D2B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3739A43D" w14:textId="3B24902E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67501407"/>
            <w:placeholder>
              <w:docPart w:val="B35E1C0D1D024E3F936CEF9A98FCDB3E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395E8F4D" w14:textId="3487024A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69062043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1EF84AD0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Name *</w:t>
            </w:r>
          </w:p>
        </w:tc>
        <w:sdt>
          <w:sdtPr>
            <w:rPr>
              <w:sz w:val="20"/>
              <w:szCs w:val="20"/>
            </w:rPr>
            <w:id w:val="1160587237"/>
            <w:placeholder>
              <w:docPart w:val="31548FA611EA48259F92A5B11F8182E6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365ACE60" w14:textId="0C922F9C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43051735"/>
            <w:placeholder>
              <w:docPart w:val="9430574074B04828929562E1149B6A51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54AC1749" w14:textId="49C30A75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  <w:tr w:rsidR="00453E20" w:rsidRPr="00CA7AB8" w14:paraId="0E279DB8" w14:textId="77777777" w:rsidTr="00E728F7">
        <w:trPr>
          <w:trHeight w:val="283"/>
          <w:jc w:val="center"/>
        </w:trPr>
        <w:tc>
          <w:tcPr>
            <w:tcW w:w="3702" w:type="dxa"/>
            <w:vAlign w:val="center"/>
          </w:tcPr>
          <w:p w14:paraId="2B1094E4" w14:textId="77777777" w:rsidR="00453E20" w:rsidRPr="00CA7AB8" w:rsidRDefault="00453E20" w:rsidP="00453E20">
            <w:pPr>
              <w:rPr>
                <w:sz w:val="20"/>
                <w:szCs w:val="20"/>
              </w:rPr>
            </w:pPr>
            <w:r w:rsidRPr="00CA7AB8">
              <w:rPr>
                <w:sz w:val="20"/>
                <w:szCs w:val="20"/>
              </w:rPr>
              <w:t>Ledigname *</w:t>
            </w:r>
          </w:p>
        </w:tc>
        <w:sdt>
          <w:sdtPr>
            <w:rPr>
              <w:sz w:val="20"/>
              <w:szCs w:val="20"/>
            </w:rPr>
            <w:id w:val="-1025790485"/>
            <w:placeholder>
              <w:docPart w:val="3571490A3B5E4F008DCA39405742119C"/>
            </w:placeholder>
            <w:showingPlcHdr/>
          </w:sdtPr>
          <w:sdtContent>
            <w:tc>
              <w:tcPr>
                <w:tcW w:w="3702" w:type="dxa"/>
                <w:gridSpan w:val="2"/>
                <w:vAlign w:val="center"/>
              </w:tcPr>
              <w:p w14:paraId="362CAD8B" w14:textId="04DD8445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430127791"/>
            <w:placeholder>
              <w:docPart w:val="88E27B4720A24BD09BC4AF12BB244F4E"/>
            </w:placeholder>
            <w:showingPlcHdr/>
          </w:sdtPr>
          <w:sdtContent>
            <w:tc>
              <w:tcPr>
                <w:tcW w:w="3702" w:type="dxa"/>
                <w:vAlign w:val="center"/>
              </w:tcPr>
              <w:p w14:paraId="6B0A889B" w14:textId="0697A356" w:rsidR="00453E20" w:rsidRPr="00CA7AB8" w:rsidRDefault="00453E20" w:rsidP="00453E20">
                <w:pPr>
                  <w:rPr>
                    <w:sz w:val="20"/>
                    <w:szCs w:val="20"/>
                  </w:rPr>
                </w:pPr>
                <w:r w:rsidRPr="00CA7AB8">
                  <w:rPr>
                    <w:rStyle w:val="Platzhaltertext"/>
                    <w:sz w:val="20"/>
                    <w:szCs w:val="20"/>
                  </w:rPr>
                  <w:t>Klicken oder tippen Sie hier, um Text einzugeben.</w:t>
                </w:r>
              </w:p>
            </w:tc>
          </w:sdtContent>
        </w:sdt>
      </w:tr>
    </w:tbl>
    <w:p w14:paraId="73134398" w14:textId="77777777" w:rsidR="009A2531" w:rsidRPr="00CA7AB8" w:rsidRDefault="00000000">
      <w:pPr>
        <w:spacing w:after="20"/>
        <w:rPr>
          <w:sz w:val="20"/>
          <w:szCs w:val="20"/>
        </w:rPr>
      </w:pPr>
      <w:r w:rsidRPr="00CA7AB8">
        <w:rPr>
          <w:sz w:val="20"/>
          <w:szCs w:val="20"/>
        </w:rPr>
        <w:t>Das Ehepaar gibt sein Einverständnis, dass E-Mail und/oder Telefon/Mobile in der Mitgliederverwaltung erfasst und ausschliesslich von der Kirchgemeinde für Information und Kontaktpflege verwendet werden darf.</w:t>
      </w:r>
    </w:p>
    <w:p w14:paraId="45151D13" w14:textId="256025A3" w:rsidR="009A2531" w:rsidRPr="00CA7AB8" w:rsidRDefault="00000000">
      <w:pPr>
        <w:spacing w:after="20"/>
        <w:rPr>
          <w:sz w:val="20"/>
          <w:szCs w:val="20"/>
        </w:rPr>
      </w:pPr>
      <w:sdt>
        <w:sdtPr>
          <w:rPr>
            <w:sz w:val="20"/>
            <w:szCs w:val="20"/>
          </w:rPr>
          <w:id w:val="-477605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8F7" w:rsidRPr="00CA7AB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728F7" w:rsidRPr="00CA7AB8">
        <w:rPr>
          <w:sz w:val="20"/>
          <w:szCs w:val="20"/>
        </w:rPr>
        <w:t xml:space="preserve"> Einverständnis erteilt    </w:t>
      </w:r>
      <w:sdt>
        <w:sdtPr>
          <w:rPr>
            <w:sz w:val="20"/>
            <w:szCs w:val="20"/>
          </w:rPr>
          <w:id w:val="-883954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28F7" w:rsidRPr="00CA7AB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728F7" w:rsidRPr="00CA7AB8">
        <w:rPr>
          <w:sz w:val="20"/>
          <w:szCs w:val="20"/>
        </w:rPr>
        <w:t xml:space="preserve"> Nicht erteilt</w:t>
      </w:r>
    </w:p>
    <w:p w14:paraId="79BCA831" w14:textId="77777777" w:rsidR="00211CA1" w:rsidRPr="00CA7AB8" w:rsidRDefault="00211CA1">
      <w:pPr>
        <w:spacing w:after="20"/>
        <w:rPr>
          <w:szCs w:val="16"/>
        </w:rPr>
      </w:pPr>
    </w:p>
    <w:p w14:paraId="55D5AA8D" w14:textId="19BD3FB1" w:rsidR="00211CA1" w:rsidRPr="00CA7AB8" w:rsidRDefault="00453E20">
      <w:pPr>
        <w:spacing w:after="20"/>
        <w:rPr>
          <w:sz w:val="20"/>
          <w:szCs w:val="20"/>
        </w:rPr>
      </w:pPr>
      <w:r w:rsidRPr="00CA7AB8">
        <w:rPr>
          <w:sz w:val="20"/>
          <w:szCs w:val="20"/>
        </w:rPr>
        <w:t>Das Dokument</w:t>
      </w:r>
      <w:r w:rsidR="00211CA1" w:rsidRPr="00CA7AB8">
        <w:rPr>
          <w:sz w:val="20"/>
          <w:szCs w:val="20"/>
        </w:rPr>
        <w:t xml:space="preserve"> “Wichtige Hinweise zur Trauung” haben wir Kenntnis genommen.</w:t>
      </w:r>
    </w:p>
    <w:p w14:paraId="3C72E05B" w14:textId="77777777" w:rsidR="00211CA1" w:rsidRPr="00CA7AB8" w:rsidRDefault="00211CA1">
      <w:pPr>
        <w:spacing w:after="20"/>
        <w:rPr>
          <w:szCs w:val="16"/>
        </w:rPr>
      </w:pPr>
    </w:p>
    <w:p w14:paraId="45C88C3F" w14:textId="7B46E0A5" w:rsidR="00211CA1" w:rsidRPr="00CA7AB8" w:rsidRDefault="00211CA1">
      <w:pPr>
        <w:spacing w:after="20"/>
        <w:rPr>
          <w:sz w:val="20"/>
          <w:szCs w:val="20"/>
        </w:rPr>
      </w:pPr>
      <w:r w:rsidRPr="00CA7AB8">
        <w:rPr>
          <w:sz w:val="20"/>
          <w:szCs w:val="20"/>
        </w:rPr>
        <w:t xml:space="preserve">Ort und Datum: </w:t>
      </w:r>
      <w:r w:rsidRPr="00CA7AB8">
        <w:rPr>
          <w:sz w:val="20"/>
          <w:szCs w:val="20"/>
        </w:rPr>
        <w:tab/>
      </w:r>
      <w:r w:rsidRPr="00CA7AB8">
        <w:rPr>
          <w:sz w:val="20"/>
          <w:szCs w:val="20"/>
        </w:rPr>
        <w:tab/>
      </w:r>
      <w:r w:rsidRPr="00CA7AB8">
        <w:rPr>
          <w:sz w:val="20"/>
          <w:szCs w:val="20"/>
        </w:rPr>
        <w:tab/>
      </w:r>
      <w:r w:rsidRPr="00CA7AB8">
        <w:rPr>
          <w:sz w:val="20"/>
          <w:szCs w:val="20"/>
        </w:rPr>
        <w:tab/>
      </w:r>
      <w:r w:rsidRPr="00CA7AB8">
        <w:rPr>
          <w:sz w:val="20"/>
          <w:szCs w:val="20"/>
        </w:rPr>
        <w:tab/>
      </w:r>
      <w:r w:rsidRPr="00CA7AB8">
        <w:rPr>
          <w:sz w:val="20"/>
          <w:szCs w:val="20"/>
        </w:rPr>
        <w:tab/>
        <w:t>Unterschriften</w:t>
      </w:r>
    </w:p>
    <w:p w14:paraId="4FF2C8FB" w14:textId="77777777" w:rsidR="00211CA1" w:rsidRPr="00CA7AB8" w:rsidRDefault="00211CA1">
      <w:pPr>
        <w:spacing w:after="20"/>
        <w:rPr>
          <w:szCs w:val="16"/>
        </w:rPr>
      </w:pPr>
    </w:p>
    <w:p w14:paraId="5609294F" w14:textId="26D3753A" w:rsidR="009A2531" w:rsidRPr="00CA7AB8" w:rsidRDefault="00211CA1" w:rsidP="00453E20">
      <w:pPr>
        <w:spacing w:after="20"/>
        <w:rPr>
          <w:sz w:val="20"/>
          <w:szCs w:val="20"/>
        </w:rPr>
      </w:pPr>
      <w:r w:rsidRPr="00CA7AB8">
        <w:rPr>
          <w:sz w:val="20"/>
          <w:szCs w:val="20"/>
        </w:rPr>
        <w:t xml:space="preserve">Bitte ausgefüllt senden an: </w:t>
      </w:r>
      <w:r w:rsidR="00453E20" w:rsidRPr="00CA7AB8">
        <w:rPr>
          <w:sz w:val="20"/>
          <w:szCs w:val="20"/>
        </w:rPr>
        <w:t>kircheseen@reformiert-winterthur.ch</w:t>
      </w:r>
    </w:p>
    <w:sectPr w:rsidR="009A2531" w:rsidRPr="00CA7AB8" w:rsidSect="00034616">
      <w:pgSz w:w="12240" w:h="15840"/>
      <w:pgMar w:top="567" w:right="567" w:bottom="51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7708913">
    <w:abstractNumId w:val="8"/>
  </w:num>
  <w:num w:numId="2" w16cid:durableId="1207567">
    <w:abstractNumId w:val="6"/>
  </w:num>
  <w:num w:numId="3" w16cid:durableId="1573395772">
    <w:abstractNumId w:val="5"/>
  </w:num>
  <w:num w:numId="4" w16cid:durableId="1606424030">
    <w:abstractNumId w:val="4"/>
  </w:num>
  <w:num w:numId="5" w16cid:durableId="249394098">
    <w:abstractNumId w:val="7"/>
  </w:num>
  <w:num w:numId="6" w16cid:durableId="457451320">
    <w:abstractNumId w:val="3"/>
  </w:num>
  <w:num w:numId="7" w16cid:durableId="61608224">
    <w:abstractNumId w:val="2"/>
  </w:num>
  <w:num w:numId="8" w16cid:durableId="1072118662">
    <w:abstractNumId w:val="1"/>
  </w:num>
  <w:num w:numId="9" w16cid:durableId="1651136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1CA1"/>
    <w:rsid w:val="0029639D"/>
    <w:rsid w:val="00326F90"/>
    <w:rsid w:val="00453E20"/>
    <w:rsid w:val="009A2531"/>
    <w:rsid w:val="00AA1D8D"/>
    <w:rsid w:val="00B47730"/>
    <w:rsid w:val="00B609AB"/>
    <w:rsid w:val="00CA7AB8"/>
    <w:rsid w:val="00CB0664"/>
    <w:rsid w:val="00D13BD5"/>
    <w:rsid w:val="00DC6B61"/>
    <w:rsid w:val="00E728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F0997CE"/>
  <w14:defaultImageDpi w14:val="330"/>
  <w15:docId w15:val="{8ADB8718-FBE3-4653-9468-798F9F90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16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DC6B6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C9BEEE-1F81-44E1-8264-CFEA36521837}"/>
      </w:docPartPr>
      <w:docPartBody>
        <w:p w:rsidR="00644B45" w:rsidRDefault="00D87AD3"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E0987F-D81B-450B-92C2-C8EC5E72E75A}"/>
      </w:docPartPr>
      <w:docPartBody>
        <w:p w:rsidR="00644B45" w:rsidRDefault="00D87AD3">
          <w:r w:rsidRPr="00B876BE">
            <w:rPr>
              <w:rStyle w:val="Platzhaltertext"/>
            </w:rPr>
            <w:t>Wählen Sie ein Element aus.</w:t>
          </w:r>
        </w:p>
      </w:docPartBody>
    </w:docPart>
    <w:docPart>
      <w:docPartPr>
        <w:name w:val="182878F16E5843FB80AF19FAA3EEBD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916C9F-6A55-42BB-B10D-723D3C42B67E}"/>
      </w:docPartPr>
      <w:docPartBody>
        <w:p w:rsidR="00644B45" w:rsidRDefault="00D87AD3" w:rsidP="00D87AD3">
          <w:pPr>
            <w:pStyle w:val="182878F16E5843FB80AF19FAA3EEBD10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08CA342F674277B73B7AE45940BD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A28FD0-8717-4B61-94CD-E779D90A4FCA}"/>
      </w:docPartPr>
      <w:docPartBody>
        <w:p w:rsidR="00644B45" w:rsidRDefault="00D87AD3" w:rsidP="00D87AD3">
          <w:pPr>
            <w:pStyle w:val="9908CA342F674277B73B7AE45940BDC5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5EFEC9320947289A46BB921C4FDB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D6176E-D4FE-449E-BF1C-2863E0C0BB9B}"/>
      </w:docPartPr>
      <w:docPartBody>
        <w:p w:rsidR="00644B45" w:rsidRDefault="00D87AD3" w:rsidP="00D87AD3">
          <w:pPr>
            <w:pStyle w:val="EF5EFEC9320947289A46BB921C4FDB2D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3B48E021AB43F0A42E4FE6B10F2E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845860-9348-42C0-B1B2-BB326BDCDE03}"/>
      </w:docPartPr>
      <w:docPartBody>
        <w:p w:rsidR="00644B45" w:rsidRDefault="00D87AD3" w:rsidP="00D87AD3">
          <w:pPr>
            <w:pStyle w:val="3F3B48E021AB43F0A42E4FE6B10F2EA4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8B8186F65B4DF2B7DE1DF32C1D16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8419CB-1FD7-48E4-A397-3B2E0064A76A}"/>
      </w:docPartPr>
      <w:docPartBody>
        <w:p w:rsidR="00644B45" w:rsidRDefault="00D87AD3" w:rsidP="00D87AD3">
          <w:pPr>
            <w:pStyle w:val="4C8B8186F65B4DF2B7DE1DF32C1D160B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D14E63FDD3485D86448A2DB50CC4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EEA65E-8FA1-40D5-ADE2-73202820DDE7}"/>
      </w:docPartPr>
      <w:docPartBody>
        <w:p w:rsidR="00644B45" w:rsidRDefault="00D87AD3" w:rsidP="00D87AD3">
          <w:pPr>
            <w:pStyle w:val="F4D14E63FDD3485D86448A2DB50CC41B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E3B31FB9B34D9BA51AC259C53F1B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EF4609-D80E-4592-BDCC-039BE05EA877}"/>
      </w:docPartPr>
      <w:docPartBody>
        <w:p w:rsidR="00644B45" w:rsidRDefault="00D87AD3" w:rsidP="00D87AD3">
          <w:pPr>
            <w:pStyle w:val="D9E3B31FB9B34D9BA51AC259C53F1BE1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C2A0DB26E2435491576913691B50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EDFBD0-B749-4A23-83D6-26A732B5311B}"/>
      </w:docPartPr>
      <w:docPartBody>
        <w:p w:rsidR="00644B45" w:rsidRDefault="00D87AD3" w:rsidP="00D87AD3">
          <w:pPr>
            <w:pStyle w:val="66C2A0DB26E2435491576913691B5017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DD7D06CEFF470C9A554DF2C36C78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53655D-448E-4F27-8A78-6D327A94E4D3}"/>
      </w:docPartPr>
      <w:docPartBody>
        <w:p w:rsidR="00644B45" w:rsidRDefault="00D87AD3" w:rsidP="00D87AD3">
          <w:pPr>
            <w:pStyle w:val="58DD7D06CEFF470C9A554DF2C36C78D3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E6C622423140848B0EA2E3A62C64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3F683F-FEEC-4273-B384-F936109183E5}"/>
      </w:docPartPr>
      <w:docPartBody>
        <w:p w:rsidR="00644B45" w:rsidRDefault="00D87AD3" w:rsidP="00D87AD3">
          <w:pPr>
            <w:pStyle w:val="A8E6C622423140848B0EA2E3A62C645D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C6924C5DA44F6BB596DB8BA511FE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D51679-1FCF-48C6-A062-5A8A5394DC54}"/>
      </w:docPartPr>
      <w:docPartBody>
        <w:p w:rsidR="00644B45" w:rsidRDefault="00D87AD3" w:rsidP="00D87AD3">
          <w:pPr>
            <w:pStyle w:val="DAC6924C5DA44F6BB596DB8BA511FE55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E9BE4C630D41D69036C8058821D8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6EA80D-C306-40A5-BA43-CAEA6947528F}"/>
      </w:docPartPr>
      <w:docPartBody>
        <w:p w:rsidR="00644B45" w:rsidRDefault="00D87AD3" w:rsidP="00D87AD3">
          <w:pPr>
            <w:pStyle w:val="63E9BE4C630D41D69036C8058821D87A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4F8DEDA1F9454FBC6B9E53E5DC17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2887EC-29E2-43F9-9A75-BECB16BDF5E2}"/>
      </w:docPartPr>
      <w:docPartBody>
        <w:p w:rsidR="00644B45" w:rsidRDefault="00D87AD3" w:rsidP="00D87AD3">
          <w:pPr>
            <w:pStyle w:val="8C4F8DEDA1F9454FBC6B9E53E5DC178E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55F317992C4FE1BD62E245B5370C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8B810C-234A-4C11-8FA6-6DC183C52A52}"/>
      </w:docPartPr>
      <w:docPartBody>
        <w:p w:rsidR="00644B45" w:rsidRDefault="00D87AD3" w:rsidP="00D87AD3">
          <w:pPr>
            <w:pStyle w:val="E555F317992C4FE1BD62E245B5370CB7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478C584FBD4B00AB5BF8B504573F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96E458-77A6-4D87-AB89-258D87F6785B}"/>
      </w:docPartPr>
      <w:docPartBody>
        <w:p w:rsidR="00644B45" w:rsidRDefault="00D87AD3" w:rsidP="00D87AD3">
          <w:pPr>
            <w:pStyle w:val="3F478C584FBD4B00AB5BF8B504573F41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A1D7711EAD4988BC56E3DAA225D9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37A425-DF0C-4F2A-B589-A3895DC09D92}"/>
      </w:docPartPr>
      <w:docPartBody>
        <w:p w:rsidR="00644B45" w:rsidRDefault="00D87AD3" w:rsidP="00D87AD3">
          <w:pPr>
            <w:pStyle w:val="DFA1D7711EAD4988BC56E3DAA225D9E4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C1F3915BFFB44B3A981539BBDE973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EA7479-D742-4E51-9B5F-0D1236D59E61}"/>
      </w:docPartPr>
      <w:docPartBody>
        <w:p w:rsidR="00644B45" w:rsidRDefault="00D87AD3" w:rsidP="00D87AD3">
          <w:pPr>
            <w:pStyle w:val="5C1F3915BFFB44B3A981539BBDE9733C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7443A882DCD43D3BD3499800D4E0C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827834-71F9-4B7C-914B-C06576A66F77}"/>
      </w:docPartPr>
      <w:docPartBody>
        <w:p w:rsidR="00644B45" w:rsidRDefault="00D87AD3" w:rsidP="00D87AD3">
          <w:pPr>
            <w:pStyle w:val="67443A882DCD43D3BD3499800D4E0C60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16AED2A53C407C9D2C4FDDC1E19D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377B79-3493-4940-9EA3-A8FF33D91BD1}"/>
      </w:docPartPr>
      <w:docPartBody>
        <w:p w:rsidR="00644B45" w:rsidRDefault="00D87AD3" w:rsidP="00D87AD3">
          <w:pPr>
            <w:pStyle w:val="0B16AED2A53C407C9D2C4FDDC1E19D17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A7D5EBD87D4F56AEA3BBDDEF101F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E44CD2-499A-4D73-9D62-6A227DA8BD1E}"/>
      </w:docPartPr>
      <w:docPartBody>
        <w:p w:rsidR="00644B45" w:rsidRDefault="00D87AD3" w:rsidP="00D87AD3">
          <w:pPr>
            <w:pStyle w:val="32A7D5EBD87D4F56AEA3BBDDEF101FF4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82E8012DF84C018321E84C9110C5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2FA12A-255A-451A-B021-CB6A181AAE75}"/>
      </w:docPartPr>
      <w:docPartBody>
        <w:p w:rsidR="00644B45" w:rsidRDefault="00D87AD3" w:rsidP="00D87AD3">
          <w:pPr>
            <w:pStyle w:val="4C82E8012DF84C018321E84C9110C5E6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1242004EE6744A988B27AB7321680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FD9B8F-B0FE-431C-A75E-F7C16404F509}"/>
      </w:docPartPr>
      <w:docPartBody>
        <w:p w:rsidR="00644B45" w:rsidRDefault="00D87AD3" w:rsidP="00D87AD3">
          <w:pPr>
            <w:pStyle w:val="71242004EE6744A988B27AB732168012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40D6A9CCDC45FDA7C3112FCF8DE8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9444C4-9872-4BF2-BC43-736DA31F3B27}"/>
      </w:docPartPr>
      <w:docPartBody>
        <w:p w:rsidR="00644B45" w:rsidRDefault="00D87AD3" w:rsidP="00D87AD3">
          <w:pPr>
            <w:pStyle w:val="EC40D6A9CCDC45FDA7C3112FCF8DE886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5574B501E8468EBAEE7A60313F34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E12329-DF07-4128-B1F0-E0E300454E0A}"/>
      </w:docPartPr>
      <w:docPartBody>
        <w:p w:rsidR="00644B45" w:rsidRDefault="00D87AD3" w:rsidP="00D87AD3">
          <w:pPr>
            <w:pStyle w:val="4B5574B501E8468EBAEE7A60313F34E6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CEA93A5AAD455392D3567200F575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777D44-4751-4E89-AFDB-E7A061941EAD}"/>
      </w:docPartPr>
      <w:docPartBody>
        <w:p w:rsidR="00644B45" w:rsidRDefault="00D87AD3" w:rsidP="00D87AD3">
          <w:pPr>
            <w:pStyle w:val="4CCEA93A5AAD455392D3567200F5752C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67977F62241419ABD93A825776D5D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5E0ADC-149F-45CF-A1AB-EE04CE8A8323}"/>
      </w:docPartPr>
      <w:docPartBody>
        <w:p w:rsidR="00644B45" w:rsidRDefault="00D87AD3" w:rsidP="00D87AD3">
          <w:pPr>
            <w:pStyle w:val="967977F62241419ABD93A825776D5D2B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35E1C0D1D024E3F936CEF9A98FCDB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98AC56-D333-4B70-BA7B-365039D37D02}"/>
      </w:docPartPr>
      <w:docPartBody>
        <w:p w:rsidR="00644B45" w:rsidRDefault="00D87AD3" w:rsidP="00D87AD3">
          <w:pPr>
            <w:pStyle w:val="B35E1C0D1D024E3F936CEF9A98FCDB3E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548FA611EA48259F92A5B11F8182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0BE8E5-B056-4EFA-89ED-EEFD03C9F56F}"/>
      </w:docPartPr>
      <w:docPartBody>
        <w:p w:rsidR="00644B45" w:rsidRDefault="00D87AD3" w:rsidP="00D87AD3">
          <w:pPr>
            <w:pStyle w:val="31548FA611EA48259F92A5B11F8182E6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430574074B04828929562E1149B6A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EA4639-B0E4-48E0-9064-409C934ECF87}"/>
      </w:docPartPr>
      <w:docPartBody>
        <w:p w:rsidR="00644B45" w:rsidRDefault="00D87AD3" w:rsidP="00D87AD3">
          <w:pPr>
            <w:pStyle w:val="9430574074B04828929562E1149B6A51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71490A3B5E4F008DCA3940574211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5096C6-CEB7-4EF6-B9CA-58BE30525E0B}"/>
      </w:docPartPr>
      <w:docPartBody>
        <w:p w:rsidR="00644B45" w:rsidRDefault="00D87AD3" w:rsidP="00D87AD3">
          <w:pPr>
            <w:pStyle w:val="3571490A3B5E4F008DCA39405742119C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E27B4720A24BD09BC4AF12BB244F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A0323A-34B5-46A1-9554-92A5F96313C0}"/>
      </w:docPartPr>
      <w:docPartBody>
        <w:p w:rsidR="00644B45" w:rsidRDefault="00D87AD3" w:rsidP="00D87AD3">
          <w:pPr>
            <w:pStyle w:val="88E27B4720A24BD09BC4AF12BB244F4E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6A76704EFC4A23A56EEB76C6715D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1EFF5E-1014-471F-AA5D-09FFE4678474}"/>
      </w:docPartPr>
      <w:docPartBody>
        <w:p w:rsidR="00000000" w:rsidRDefault="00644B45" w:rsidP="00644B45">
          <w:pPr>
            <w:pStyle w:val="3F6A76704EFC4A23A56EEB76C6715D0F"/>
          </w:pPr>
          <w:r w:rsidRPr="00B876B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D3"/>
    <w:rsid w:val="00531C0D"/>
    <w:rsid w:val="00644B45"/>
    <w:rsid w:val="00B609AB"/>
    <w:rsid w:val="00CD7FC6"/>
    <w:rsid w:val="00D13BD5"/>
    <w:rsid w:val="00D8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44B45"/>
    <w:rPr>
      <w:color w:val="666666"/>
    </w:rPr>
  </w:style>
  <w:style w:type="paragraph" w:customStyle="1" w:styleId="182878F16E5843FB80AF19FAA3EEBD10">
    <w:name w:val="182878F16E5843FB80AF19FAA3EEBD10"/>
    <w:rsid w:val="00D87AD3"/>
  </w:style>
  <w:style w:type="paragraph" w:customStyle="1" w:styleId="9908CA342F674277B73B7AE45940BDC5">
    <w:name w:val="9908CA342F674277B73B7AE45940BDC5"/>
    <w:rsid w:val="00D87AD3"/>
  </w:style>
  <w:style w:type="paragraph" w:customStyle="1" w:styleId="EF5EFEC9320947289A46BB921C4FDB2D">
    <w:name w:val="EF5EFEC9320947289A46BB921C4FDB2D"/>
    <w:rsid w:val="00D87AD3"/>
  </w:style>
  <w:style w:type="paragraph" w:customStyle="1" w:styleId="3F3B48E021AB43F0A42E4FE6B10F2EA4">
    <w:name w:val="3F3B48E021AB43F0A42E4FE6B10F2EA4"/>
    <w:rsid w:val="00D87AD3"/>
  </w:style>
  <w:style w:type="paragraph" w:customStyle="1" w:styleId="4C8B8186F65B4DF2B7DE1DF32C1D160B">
    <w:name w:val="4C8B8186F65B4DF2B7DE1DF32C1D160B"/>
    <w:rsid w:val="00D87AD3"/>
  </w:style>
  <w:style w:type="paragraph" w:customStyle="1" w:styleId="F4D14E63FDD3485D86448A2DB50CC41B">
    <w:name w:val="F4D14E63FDD3485D86448A2DB50CC41B"/>
    <w:rsid w:val="00D87AD3"/>
  </w:style>
  <w:style w:type="paragraph" w:customStyle="1" w:styleId="D9E3B31FB9B34D9BA51AC259C53F1BE1">
    <w:name w:val="D9E3B31FB9B34D9BA51AC259C53F1BE1"/>
    <w:rsid w:val="00D87AD3"/>
  </w:style>
  <w:style w:type="paragraph" w:customStyle="1" w:styleId="66C2A0DB26E2435491576913691B5017">
    <w:name w:val="66C2A0DB26E2435491576913691B5017"/>
    <w:rsid w:val="00D87AD3"/>
  </w:style>
  <w:style w:type="paragraph" w:customStyle="1" w:styleId="58DD7D06CEFF470C9A554DF2C36C78D3">
    <w:name w:val="58DD7D06CEFF470C9A554DF2C36C78D3"/>
    <w:rsid w:val="00D87AD3"/>
  </w:style>
  <w:style w:type="paragraph" w:customStyle="1" w:styleId="A8E6C622423140848B0EA2E3A62C645D">
    <w:name w:val="A8E6C622423140848B0EA2E3A62C645D"/>
    <w:rsid w:val="00D87AD3"/>
  </w:style>
  <w:style w:type="paragraph" w:customStyle="1" w:styleId="DAC6924C5DA44F6BB596DB8BA511FE55">
    <w:name w:val="DAC6924C5DA44F6BB596DB8BA511FE55"/>
    <w:rsid w:val="00D87AD3"/>
  </w:style>
  <w:style w:type="paragraph" w:customStyle="1" w:styleId="63E9BE4C630D41D69036C8058821D87A">
    <w:name w:val="63E9BE4C630D41D69036C8058821D87A"/>
    <w:rsid w:val="00D87AD3"/>
  </w:style>
  <w:style w:type="paragraph" w:customStyle="1" w:styleId="8C4F8DEDA1F9454FBC6B9E53E5DC178E">
    <w:name w:val="8C4F8DEDA1F9454FBC6B9E53E5DC178E"/>
    <w:rsid w:val="00D87AD3"/>
  </w:style>
  <w:style w:type="paragraph" w:customStyle="1" w:styleId="E555F317992C4FE1BD62E245B5370CB7">
    <w:name w:val="E555F317992C4FE1BD62E245B5370CB7"/>
    <w:rsid w:val="00D87AD3"/>
  </w:style>
  <w:style w:type="paragraph" w:customStyle="1" w:styleId="3F478C584FBD4B00AB5BF8B504573F41">
    <w:name w:val="3F478C584FBD4B00AB5BF8B504573F41"/>
    <w:rsid w:val="00D87AD3"/>
  </w:style>
  <w:style w:type="paragraph" w:customStyle="1" w:styleId="DFA1D7711EAD4988BC56E3DAA225D9E4">
    <w:name w:val="DFA1D7711EAD4988BC56E3DAA225D9E4"/>
    <w:rsid w:val="00D87AD3"/>
  </w:style>
  <w:style w:type="paragraph" w:customStyle="1" w:styleId="5C1F3915BFFB44B3A981539BBDE9733C">
    <w:name w:val="5C1F3915BFFB44B3A981539BBDE9733C"/>
    <w:rsid w:val="00D87AD3"/>
  </w:style>
  <w:style w:type="paragraph" w:customStyle="1" w:styleId="67443A882DCD43D3BD3499800D4E0C60">
    <w:name w:val="67443A882DCD43D3BD3499800D4E0C60"/>
    <w:rsid w:val="00D87AD3"/>
  </w:style>
  <w:style w:type="paragraph" w:customStyle="1" w:styleId="0B16AED2A53C407C9D2C4FDDC1E19D17">
    <w:name w:val="0B16AED2A53C407C9D2C4FDDC1E19D17"/>
    <w:rsid w:val="00D87AD3"/>
  </w:style>
  <w:style w:type="paragraph" w:customStyle="1" w:styleId="32A7D5EBD87D4F56AEA3BBDDEF101FF4">
    <w:name w:val="32A7D5EBD87D4F56AEA3BBDDEF101FF4"/>
    <w:rsid w:val="00D87AD3"/>
  </w:style>
  <w:style w:type="paragraph" w:customStyle="1" w:styleId="4C82E8012DF84C018321E84C9110C5E6">
    <w:name w:val="4C82E8012DF84C018321E84C9110C5E6"/>
    <w:rsid w:val="00D87AD3"/>
  </w:style>
  <w:style w:type="paragraph" w:customStyle="1" w:styleId="71242004EE6744A988B27AB732168012">
    <w:name w:val="71242004EE6744A988B27AB732168012"/>
    <w:rsid w:val="00D87AD3"/>
  </w:style>
  <w:style w:type="paragraph" w:customStyle="1" w:styleId="EC40D6A9CCDC45FDA7C3112FCF8DE886">
    <w:name w:val="EC40D6A9CCDC45FDA7C3112FCF8DE886"/>
    <w:rsid w:val="00D87AD3"/>
  </w:style>
  <w:style w:type="paragraph" w:customStyle="1" w:styleId="4B5574B501E8468EBAEE7A60313F34E6">
    <w:name w:val="4B5574B501E8468EBAEE7A60313F34E6"/>
    <w:rsid w:val="00D87AD3"/>
  </w:style>
  <w:style w:type="paragraph" w:customStyle="1" w:styleId="4CCEA93A5AAD455392D3567200F5752C">
    <w:name w:val="4CCEA93A5AAD455392D3567200F5752C"/>
    <w:rsid w:val="00D87AD3"/>
  </w:style>
  <w:style w:type="paragraph" w:customStyle="1" w:styleId="D5D8005CF80A4814B1B421876009AEED">
    <w:name w:val="D5D8005CF80A4814B1B421876009AEED"/>
    <w:rsid w:val="00D87AD3"/>
  </w:style>
  <w:style w:type="paragraph" w:customStyle="1" w:styleId="CAC8531B235D40F6A112794B0E8328FC">
    <w:name w:val="CAC8531B235D40F6A112794B0E8328FC"/>
    <w:rsid w:val="00D87AD3"/>
  </w:style>
  <w:style w:type="paragraph" w:customStyle="1" w:styleId="967977F62241419ABD93A825776D5D2B">
    <w:name w:val="967977F62241419ABD93A825776D5D2B"/>
    <w:rsid w:val="00D87AD3"/>
  </w:style>
  <w:style w:type="paragraph" w:customStyle="1" w:styleId="B35E1C0D1D024E3F936CEF9A98FCDB3E">
    <w:name w:val="B35E1C0D1D024E3F936CEF9A98FCDB3E"/>
    <w:rsid w:val="00D87AD3"/>
  </w:style>
  <w:style w:type="paragraph" w:customStyle="1" w:styleId="31548FA611EA48259F92A5B11F8182E6">
    <w:name w:val="31548FA611EA48259F92A5B11F8182E6"/>
    <w:rsid w:val="00D87AD3"/>
  </w:style>
  <w:style w:type="paragraph" w:customStyle="1" w:styleId="9430574074B04828929562E1149B6A51">
    <w:name w:val="9430574074B04828929562E1149B6A51"/>
    <w:rsid w:val="00D87AD3"/>
  </w:style>
  <w:style w:type="paragraph" w:customStyle="1" w:styleId="3571490A3B5E4F008DCA39405742119C">
    <w:name w:val="3571490A3B5E4F008DCA39405742119C"/>
    <w:rsid w:val="00D87AD3"/>
  </w:style>
  <w:style w:type="paragraph" w:customStyle="1" w:styleId="88E27B4720A24BD09BC4AF12BB244F4E">
    <w:name w:val="88E27B4720A24BD09BC4AF12BB244F4E"/>
    <w:rsid w:val="00D87AD3"/>
  </w:style>
  <w:style w:type="paragraph" w:customStyle="1" w:styleId="3F6A76704EFC4A23A56EEB76C6715D0F">
    <w:name w:val="3F6A76704EFC4A23A56EEB76C6715D0F"/>
    <w:rsid w:val="00644B45"/>
  </w:style>
  <w:style w:type="paragraph" w:customStyle="1" w:styleId="6B683A9544F2430BA10D82881E961FB8">
    <w:name w:val="6B683A9544F2430BA10D82881E961FB8"/>
    <w:rsid w:val="00644B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3073410652F646A72EBAA3542BBCA1" ma:contentTypeVersion="19" ma:contentTypeDescription="Ein neues Dokument erstellen." ma:contentTypeScope="" ma:versionID="c86efea19dc50f4a5976e22f4258d6c8">
  <xsd:schema xmlns:xsd="http://www.w3.org/2001/XMLSchema" xmlns:xs="http://www.w3.org/2001/XMLSchema" xmlns:p="http://schemas.microsoft.com/office/2006/metadata/properties" xmlns:ns2="2d21a6ae-28a4-4602-a48a-dfe308f0cc97" xmlns:ns3="bb301f6f-61a8-420e-b337-7408ce7df9a3" targetNamespace="http://schemas.microsoft.com/office/2006/metadata/properties" ma:root="true" ma:fieldsID="44a6b67c758c0f7fd6e116538787c8af" ns2:_="" ns3:_="">
    <xsd:import namespace="2d21a6ae-28a4-4602-a48a-dfe308f0cc97"/>
    <xsd:import namespace="bb301f6f-61a8-420e-b337-7408ce7df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ink" minOccurs="0"/>
                <xsd:element ref="ns2:MediaServiceBillingMetadata" minOccurs="0"/>
                <xsd:element ref="ns2:Budget2027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1a6ae-28a4-4602-a48a-dfe308f0c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9a4953c-9a0c-4a4a-b301-c969e2a9c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23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Budget2027" ma:index="25" nillable="true" ma:displayName="Budget 2027" ma:format="Dropdown" ma:internalName="Budget202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01f6f-61a8-420e-b337-7408ce7df9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fe5749-102d-4659-8888-59c240b3e189}" ma:internalName="TaxCatchAll" ma:showField="CatchAllData" ma:web="bb301f6f-61a8-420e-b337-7408ce7df9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dget2027 xmlns="2d21a6ae-28a4-4602-a48a-dfe308f0cc97" xsi:nil="true"/>
    <lcf76f155ced4ddcb4097134ff3c332f xmlns="2d21a6ae-28a4-4602-a48a-dfe308f0cc97">
      <Terms xmlns="http://schemas.microsoft.com/office/infopath/2007/PartnerControls"/>
    </lcf76f155ced4ddcb4097134ff3c332f>
    <TaxCatchAll xmlns="bb301f6f-61a8-420e-b337-7408ce7df9a3" xsi:nil="true"/>
    <Link xmlns="2d21a6ae-28a4-4602-a48a-dfe308f0cc97">
      <Url xsi:nil="true"/>
      <Description xsi:nil="true"/>
    </Link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0E784F-A2E9-4422-8F2D-AD5265B288B6}"/>
</file>

<file path=customXml/itemProps3.xml><?xml version="1.0" encoding="utf-8"?>
<ds:datastoreItem xmlns:ds="http://schemas.openxmlformats.org/officeDocument/2006/customXml" ds:itemID="{2F5C1A2E-FCD1-4C58-B65F-6D2F9014A91D}"/>
</file>

<file path=customXml/itemProps4.xml><?xml version="1.0" encoding="utf-8"?>
<ds:datastoreItem xmlns:ds="http://schemas.openxmlformats.org/officeDocument/2006/customXml" ds:itemID="{1C2284C3-1CDA-46C2-BCE9-19C30C3ACA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2548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Hans-Juerg Meyer</cp:lastModifiedBy>
  <cp:revision>3</cp:revision>
  <dcterms:created xsi:type="dcterms:W3CDTF">2013-12-23T23:15:00Z</dcterms:created>
  <dcterms:modified xsi:type="dcterms:W3CDTF">2026-09-11T09:46:00Z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0x010100D93073410652F646A72EBAA3542BBCA1</vt:lpwstr>
  </property>
</Properties>
</file>